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W w:w="10091" w:type="dxa"/>
      </w:tblPr>
      <w:tblGrid>
        <w:gridCol w:w="3935"/>
        <w:gridCol w:w="2220"/>
        <w:gridCol w:w="3935"/>
      </w:tblGrid>
      <w:tr>
        <w:tc>
          <w:tcPr>
            <w:tcW w:type="dxa" w:w="3936"/>
            <w:vAlign w:val="center"/>
          </w:tcPr>
          <w:p>
            <w:pPr>
              <w:jc w:val="center"/>
            </w:pPr>
            <w:r>
              <w:rPr>
                <w:b/>
                <w:i w:val="0"/>
                <w:color w:val="1F3864"/>
                <w:sz w:val="21"/>
              </w:rPr>
              <w:t>Ambassade de Centrafrique</w:t>
            </w:r>
          </w:p>
          <w:p>
            <w:pPr>
              <w:jc w:val="center"/>
            </w:pPr>
            <w:r>
              <w:rPr>
                <w:b/>
                <w:i w:val="0"/>
                <w:color w:val="1F3864"/>
                <w:sz w:val="19"/>
              </w:rPr>
              <w:t>Auprès du Royaume de Belgique,</w:t>
            </w:r>
          </w:p>
          <w:p>
            <w:pPr>
              <w:jc w:val="center"/>
            </w:pPr>
            <w:r>
              <w:rPr>
                <w:b/>
                <w:i w:val="0"/>
                <w:color w:val="1F3864"/>
                <w:sz w:val="19"/>
              </w:rPr>
              <w:t>Du Royaume des Pays-Bas,</w:t>
            </w:r>
          </w:p>
          <w:p>
            <w:pPr>
              <w:jc w:val="center"/>
            </w:pPr>
            <w:r>
              <w:rPr>
                <w:b/>
                <w:i w:val="0"/>
                <w:color w:val="1F3864"/>
                <w:sz w:val="19"/>
              </w:rPr>
              <w:t>Du Grand-Duché de Luxembourg</w:t>
            </w:r>
          </w:p>
          <w:p>
            <w:pPr>
              <w:jc w:val="center"/>
            </w:pPr>
            <w:r>
              <w:rPr>
                <w:b/>
                <w:i w:val="0"/>
                <w:color w:val="1F3864"/>
                <w:sz w:val="19"/>
              </w:rPr>
              <w:t>Et de l’Union Européenne</w:t>
            </w:r>
          </w:p>
          <w:p>
            <w:pPr>
              <w:jc w:val="center"/>
            </w:pPr>
            <w:r>
              <w:rPr>
                <w:b w:val="0"/>
                <w:i w:val="0"/>
                <w:color w:val="1F3864"/>
                <w:sz w:val="18"/>
              </w:rPr>
              <w:t>Bruxelles – Belgique</w:t>
            </w:r>
          </w:p>
        </w:tc>
        <w:tc>
          <w:tcPr>
            <w:tcW w:type="dxa" w:w="2220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79739" cy="972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rms_hd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9739" cy="97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936"/>
            <w:vAlign w:val="center"/>
          </w:tcPr>
          <w:p>
            <w:pPr>
              <w:jc w:val="center"/>
            </w:pPr>
            <w:r>
              <w:rPr>
                <w:b/>
                <w:i w:val="0"/>
                <w:color w:val="1F3864"/>
                <w:sz w:val="21"/>
              </w:rPr>
              <w:t>République Centrafricaine</w:t>
            </w:r>
          </w:p>
          <w:p>
            <w:pPr>
              <w:jc w:val="center"/>
            </w:pPr>
            <w:r>
              <w:rPr>
                <w:b w:val="0"/>
                <w:i w:val="0"/>
                <w:color w:val="1F3864"/>
                <w:sz w:val="18"/>
              </w:rPr>
              <w:t>—</w:t>
            </w:r>
          </w:p>
          <w:p>
            <w:pPr>
              <w:jc w:val="center"/>
            </w:pPr>
            <w:r>
              <w:rPr>
                <w:b/>
                <w:i w:val="0"/>
                <w:color w:val="1F3864"/>
                <w:sz w:val="19"/>
              </w:rPr>
              <w:t>Unité – Dignité – Travail</w:t>
            </w:r>
          </w:p>
        </w:tc>
      </w:tr>
    </w:tbl>
    <w:p>
      <w:pPr>
        <w:spacing w:line="80" w:lineRule="exact" w:after="0"/>
      </w:pPr>
      <w:r>
        <w:rPr>
          <w:sz w:val="2"/>
        </w:rPr>
      </w:r>
    </w:p>
    <w:tbl>
      <w:tblPr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W w:w="10092" w:type="dxa"/>
      </w:tblPr>
      <w:tblGrid>
        <w:gridCol w:w="2523"/>
        <w:gridCol w:w="2523"/>
        <w:gridCol w:w="2523"/>
        <w:gridCol w:w="2523"/>
      </w:tblGrid>
      <w:tr>
        <w:trPr>
          <w:trHeight w:val="68" w:hRule="exact"/>
        </w:trPr>
        <w:tc>
          <w:tcPr>
            <w:tcW w:type="dxa" w:w="2523"/>
            <w:shd w:val="clear" w:color="auto" w:fill="003082"/>
          </w:tcPr>
          <w:p>
            <w:pPr>
              <w:spacing w:line="20" w:lineRule="exact"/>
            </w:pPr>
            <w:r>
              <w:rPr>
                <w:sz w:val="2"/>
              </w:rPr>
            </w:r>
          </w:p>
        </w:tc>
        <w:tc>
          <w:tcPr>
            <w:tcW w:type="dxa" w:w="2523"/>
            <w:shd w:val="clear" w:color="auto" w:fill="D9DEE6"/>
          </w:tcPr>
          <w:p>
            <w:pPr>
              <w:spacing w:line="20" w:lineRule="exact"/>
            </w:pPr>
            <w:r>
              <w:rPr>
                <w:sz w:val="2"/>
              </w:rPr>
            </w:r>
          </w:p>
        </w:tc>
        <w:tc>
          <w:tcPr>
            <w:tcW w:type="dxa" w:w="2523"/>
            <w:shd w:val="clear" w:color="auto" w:fill="289728"/>
          </w:tcPr>
          <w:p>
            <w:pPr>
              <w:spacing w:line="20" w:lineRule="exact"/>
            </w:pPr>
            <w:r>
              <w:rPr>
                <w:sz w:val="2"/>
              </w:rPr>
            </w:r>
          </w:p>
        </w:tc>
        <w:tc>
          <w:tcPr>
            <w:tcW w:type="dxa" w:w="2523"/>
            <w:shd w:val="clear" w:color="auto" w:fill="FFCE00"/>
          </w:tcPr>
          <w:p>
            <w:pPr>
              <w:spacing w:line="20" w:lineRule="exact"/>
            </w:pPr>
            <w:r>
              <w:rPr>
                <w:sz w:val="2"/>
              </w:rPr>
            </w:r>
          </w:p>
        </w:tc>
      </w:tr>
    </w:tbl>
    <w:p>
      <w:pPr>
        <w:spacing w:line="120" w:lineRule="exact" w:after="0"/>
      </w:pPr>
      <w:r>
        <w:rPr>
          <w:sz w:val="2"/>
        </w:rPr>
      </w:r>
    </w:p>
    <w:p>
      <w:pPr>
        <w:jc w:val="center"/>
      </w:pPr>
      <w:r>
        <w:rPr>
          <w:b/>
          <w:i w:val="0"/>
          <w:color w:val="1F3864"/>
          <w:sz w:val="30"/>
        </w:rPr>
        <w:t>FORMULAIRE DE DEMANDE DE VISA</w:t>
      </w:r>
    </w:p>
    <w:p>
      <w:pPr>
        <w:jc w:val="center"/>
      </w:pPr>
      <w:r>
        <w:rPr>
          <w:b w:val="0"/>
          <w:i/>
          <w:color w:val="595959"/>
          <w:sz w:val="17"/>
        </w:rPr>
        <w:t>À remplir lisiblement en lettres majuscules</w:t>
      </w:r>
    </w:p>
    <w:p>
      <w:pPr>
        <w:spacing w:line="120" w:lineRule="exact" w:after="0"/>
      </w:pPr>
      <w:r>
        <w:rPr>
          <w:sz w:val="2"/>
        </w:rPr>
      </w:r>
    </w:p>
    <w:tbl>
      <w:tblPr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W w:w="10092" w:type="dxa"/>
      </w:tblPr>
      <w:tblGrid>
        <w:gridCol w:w="10092"/>
      </w:tblGrid>
      <w:tr>
        <w:tc>
          <w:tcPr>
            <w:tcW w:type="dxa" w:w="10092"/>
            <w:shd w:val="clear" w:color="auto" w:fill="1F3864"/>
            <w:tcMar>
              <w:top w:w="20" w:type="dxa"/>
              <w:left w:w="110" w:type="dxa"/>
              <w:bottom w:w="20" w:type="dxa"/>
              <w:right w:w="80" w:type="dxa"/>
            </w:tcMar>
          </w:tcPr>
          <w:p>
            <w:r>
              <w:rPr>
                <w:b/>
                <w:i w:val="0"/>
                <w:color w:val="FFFFFF"/>
                <w:sz w:val="18"/>
              </w:rPr>
              <w:t>1. TYPE DE VISA SOLLICITÉ</w:t>
            </w:r>
          </w:p>
        </w:tc>
      </w:tr>
    </w:tbl>
    <w:tbl>
      <w:tblPr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single" w:sz="4" w:color="B4BCC8" w:space="0"/>
          <w:left w:val="single" w:sz="4" w:color="B4BCC8" w:space="0"/>
          <w:bottom w:val="single" w:sz="4" w:color="B4BCC8" w:space="0"/>
          <w:right w:val="single" w:sz="4" w:color="B4BCC8" w:space="0"/>
          <w:insideH w:val="single" w:sz="4" w:color="B4BCC8" w:space="0"/>
          <w:insideV w:val="single" w:sz="4" w:color="B4BCC8" w:space="0"/>
        </w:tblBorders>
        <w:tblW w:w="10091" w:type="dxa"/>
      </w:tblPr>
      <w:tblGrid>
        <w:gridCol w:w="2853"/>
        <w:gridCol w:w="2769"/>
        <w:gridCol w:w="2769"/>
        <w:gridCol w:w="1700"/>
      </w:tblGrid>
      <w:tr>
        <w:trPr>
          <w:trHeight w:val="283" w:hRule="atLeast"/>
        </w:trPr>
        <w:tc>
          <w:tcPr>
            <w:tcW w:type="dxa" w:w="2853"/>
            <w:shd w:val="clear" w:color="auto" w:fill="EEF1F6"/>
            <w:vAlign w:val="center"/>
            <w:tcMar>
              <w:top w:w="0" w:type="dxa"/>
              <w:left w:w="90" w:type="dxa"/>
              <w:bottom w:w="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i w:val="0"/>
                <w:color w:val="1F3864"/>
                <w:sz w:val="17"/>
              </w:rPr>
              <w:t>Durée du séjour</w:t>
            </w:r>
          </w:p>
        </w:tc>
        <w:tc>
          <w:tcPr>
            <w:tcW w:type="dxa" w:w="2769"/>
            <w:shd w:val="clear" w:color="auto" w:fill="EEF1F6"/>
            <w:vAlign w:val="center"/>
            <w:tcMar>
              <w:top w:w="0" w:type="dxa"/>
              <w:left w:w="90" w:type="dxa"/>
              <w:bottom w:w="0" w:type="dxa"/>
              <w:right w:w="80" w:type="dxa"/>
            </w:tcMar>
          </w:tcPr>
          <w:p>
            <w:pPr>
              <w:jc w:val="center"/>
            </w:pPr>
            <w:r>
              <w:rPr>
                <w:b/>
                <w:i w:val="0"/>
                <w:color w:val="1F3864"/>
                <w:sz w:val="17"/>
              </w:rPr>
              <w:t>Une entrée</w:t>
            </w:r>
          </w:p>
        </w:tc>
        <w:tc>
          <w:tcPr>
            <w:tcW w:type="dxa" w:w="2769"/>
            <w:shd w:val="clear" w:color="auto" w:fill="EEF1F6"/>
            <w:vAlign w:val="center"/>
            <w:tcMar>
              <w:top w:w="0" w:type="dxa"/>
              <w:left w:w="90" w:type="dxa"/>
              <w:bottom w:w="0" w:type="dxa"/>
              <w:right w:w="80" w:type="dxa"/>
            </w:tcMar>
          </w:tcPr>
          <w:p>
            <w:pPr>
              <w:jc w:val="center"/>
            </w:pPr>
            <w:r>
              <w:rPr>
                <w:b/>
                <w:i w:val="0"/>
                <w:color w:val="1F3864"/>
                <w:sz w:val="17"/>
              </w:rPr>
              <w:t>Entrées multiples</w:t>
            </w:r>
          </w:p>
        </w:tc>
        <w:tc>
          <w:tcPr>
            <w:tcW w:type="dxa" w:w="1701"/>
            <w:vMerge w:val="restart"/>
            <w:vAlign w:val="center"/>
            <w:tcBorders>
              <w:top w:val="single" w:sz="6" w:color="B4BCC8" w:space="0"/>
              <w:left w:val="single" w:sz="6" w:color="B4BCC8" w:space="0"/>
              <w:bottom w:val="single" w:sz="6" w:color="B4BCC8" w:space="0"/>
              <w:right w:val="single" w:sz="6" w:color="B4BCC8" w:space="0"/>
            </w:tcBorders>
          </w:tcPr>
          <w:p>
            <w:pPr>
              <w:jc w:val="center"/>
            </w:pPr>
            <w:r>
              <w:rPr>
                <w:b/>
                <w:i w:val="0"/>
                <w:color w:val="7F7F7F"/>
                <w:sz w:val="16"/>
              </w:rPr>
              <w:t>Photos d’identité</w:t>
            </w:r>
          </w:p>
          <w:p>
            <w:pPr>
              <w:jc w:val="center"/>
            </w:pPr>
            <w:r>
              <w:rPr>
                <w:b w:val="0"/>
                <w:i w:val="0"/>
                <w:color w:val="7F7F7F"/>
                <w:sz w:val="15"/>
              </w:rPr>
              <w:t>(2 exemplaires)</w:t>
            </w:r>
          </w:p>
        </w:tc>
      </w:tr>
      <w:tr>
        <w:trPr>
          <w:trHeight w:val="454" w:hRule="atLeast"/>
        </w:trPr>
        <w:tc>
          <w:tcPr>
            <w:tcW w:type="dxa" w:w="2853"/>
            <w:vAlign w:val="center"/>
            <w:tcMar>
              <w:top w:w="0" w:type="dxa"/>
              <w:left w:w="90" w:type="dxa"/>
              <w:bottom w:w="0" w:type="dxa"/>
              <w:right w:w="80" w:type="dxa"/>
            </w:tcMar>
          </w:tcPr>
          <w:p>
            <w:r>
              <w:rPr>
                <w:b/>
                <w:i w:val="0"/>
                <w:sz w:val="19"/>
              </w:rPr>
              <w:t>Court séjour</w:t>
            </w:r>
            <w:r>
              <w:rPr>
                <w:b w:val="0"/>
                <w:i w:val="0"/>
                <w:color w:val="595959"/>
                <w:sz w:val="17"/>
              </w:rPr>
              <w:t xml:space="preserve">  (1 à 30 jours)</w:t>
            </w:r>
          </w:p>
        </w:tc>
        <w:tc>
          <w:tcPr>
            <w:tcW w:type="dxa" w:w="2769"/>
            <w:vAlign w:val="center"/>
          </w:tcPr>
          <w:p>
            <w:pPr>
              <w:jc w:val="center"/>
            </w:pPr>
            <w:sdt>
              <w:sdtPr>
                <w:rPr>
                  <w:rFonts w:ascii="MS Gothic" w:eastAsia="MS Gothic" w:hAnsi="MS Gothic"/>
                  <w:sz w:val="21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003082"/>
                    <w:sz w:val="21"/>
                  </w:rPr>
                  <w:t>☐</w:t>
                </w:r>
              </w:sdtContent>
            </w:sdt>
            <w:r>
              <w:rPr>
                <w:b/>
                <w:i w:val="0"/>
                <w:sz w:val="20"/>
              </w:rPr>
              <w:t xml:space="preserve">  75 €</w:t>
            </w:r>
          </w:p>
        </w:tc>
        <w:tc>
          <w:tcPr>
            <w:tcW w:type="dxa" w:w="2769"/>
            <w:vAlign w:val="center"/>
          </w:tcPr>
          <w:p>
            <w:pPr>
              <w:jc w:val="center"/>
            </w:pPr>
            <w:sdt>
              <w:sdtPr>
                <w:rPr>
                  <w:rFonts w:ascii="MS Gothic" w:eastAsia="MS Gothic" w:hAnsi="MS Gothic"/>
                  <w:sz w:val="21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003082"/>
                    <w:sz w:val="21"/>
                  </w:rPr>
                  <w:t>☐</w:t>
                </w:r>
              </w:sdtContent>
            </w:sdt>
            <w:r>
              <w:rPr>
                <w:b/>
                <w:i w:val="0"/>
                <w:sz w:val="20"/>
              </w:rPr>
              <w:t xml:space="preserve">  115 €</w:t>
            </w:r>
          </w:p>
        </w:tc>
        <w:tc>
          <w:tcPr>
            <w:tcW w:type="dxa" w:w="1701"/>
            <w:vMerge/>
          </w:tcPr>
          <w:p/>
        </w:tc>
      </w:tr>
      <w:tr>
        <w:trPr>
          <w:trHeight w:val="454" w:hRule="atLeast"/>
        </w:trPr>
        <w:tc>
          <w:tcPr>
            <w:tcW w:type="dxa" w:w="2853"/>
            <w:vAlign w:val="center"/>
            <w:tcMar>
              <w:top w:w="0" w:type="dxa"/>
              <w:left w:w="90" w:type="dxa"/>
              <w:bottom w:w="0" w:type="dxa"/>
              <w:right w:w="80" w:type="dxa"/>
            </w:tcMar>
          </w:tcPr>
          <w:p>
            <w:r>
              <w:rPr>
                <w:b/>
                <w:i w:val="0"/>
                <w:sz w:val="19"/>
              </w:rPr>
              <w:t>Long séjour</w:t>
            </w:r>
            <w:r>
              <w:rPr>
                <w:b w:val="0"/>
                <w:i w:val="0"/>
                <w:color w:val="595959"/>
                <w:sz w:val="17"/>
              </w:rPr>
              <w:t xml:space="preserve">  (30 à 90 jours)</w:t>
            </w:r>
          </w:p>
        </w:tc>
        <w:tc>
          <w:tcPr>
            <w:tcW w:type="dxa" w:w="2769"/>
            <w:vAlign w:val="center"/>
          </w:tcPr>
          <w:p>
            <w:pPr>
              <w:jc w:val="center"/>
            </w:pPr>
            <w:sdt>
              <w:sdtPr>
                <w:rPr>
                  <w:rFonts w:ascii="MS Gothic" w:eastAsia="MS Gothic" w:hAnsi="MS Gothic"/>
                  <w:sz w:val="21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003082"/>
                    <w:sz w:val="21"/>
                  </w:rPr>
                  <w:t>☐</w:t>
                </w:r>
              </w:sdtContent>
            </w:sdt>
            <w:r>
              <w:rPr>
                <w:b/>
                <w:i w:val="0"/>
                <w:sz w:val="20"/>
              </w:rPr>
              <w:t xml:space="preserve">  135 €</w:t>
            </w:r>
          </w:p>
        </w:tc>
        <w:tc>
          <w:tcPr>
            <w:tcW w:type="dxa" w:w="2769"/>
            <w:vAlign w:val="center"/>
          </w:tcPr>
          <w:p>
            <w:pPr>
              <w:jc w:val="center"/>
            </w:pPr>
            <w:sdt>
              <w:sdtPr>
                <w:rPr>
                  <w:rFonts w:ascii="MS Gothic" w:eastAsia="MS Gothic" w:hAnsi="MS Gothic"/>
                  <w:sz w:val="21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003082"/>
                    <w:sz w:val="21"/>
                  </w:rPr>
                  <w:t>☐</w:t>
                </w:r>
              </w:sdtContent>
            </w:sdt>
            <w:r>
              <w:rPr>
                <w:b/>
                <w:i w:val="0"/>
                <w:sz w:val="20"/>
              </w:rPr>
              <w:t xml:space="preserve">  185 €</w:t>
            </w:r>
          </w:p>
        </w:tc>
        <w:tc>
          <w:tcPr>
            <w:tcW w:type="dxa" w:w="1701"/>
            <w:vMerge/>
          </w:tcPr>
          <w:p/>
        </w:tc>
      </w:tr>
    </w:tbl>
    <w:p>
      <w:pPr>
        <w:spacing w:line="160" w:lineRule="exact" w:after="0"/>
      </w:pPr>
      <w:r>
        <w:rPr>
          <w:sz w:val="2"/>
        </w:rPr>
      </w:r>
    </w:p>
    <w:tbl>
      <w:tblPr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W w:w="10092" w:type="dxa"/>
      </w:tblPr>
      <w:tblGrid>
        <w:gridCol w:w="10092"/>
      </w:tblGrid>
      <w:tr>
        <w:tc>
          <w:tcPr>
            <w:tcW w:type="dxa" w:w="10092"/>
            <w:shd w:val="clear" w:color="auto" w:fill="1F3864"/>
            <w:tcMar>
              <w:top w:w="20" w:type="dxa"/>
              <w:left w:w="110" w:type="dxa"/>
              <w:bottom w:w="20" w:type="dxa"/>
              <w:right w:w="80" w:type="dxa"/>
            </w:tcMar>
          </w:tcPr>
          <w:p>
            <w:r>
              <w:rPr>
                <w:b/>
                <w:i w:val="0"/>
                <w:color w:val="FFFFFF"/>
                <w:sz w:val="18"/>
              </w:rPr>
              <w:t>2. IDENTITÉ DU DEMANDEUR</w:t>
            </w:r>
          </w:p>
        </w:tc>
      </w:tr>
    </w:tbl>
    <w:tbl>
      <w:tblPr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single" w:sz="4" w:color="B4BCC8" w:space="0"/>
          <w:left w:val="single" w:sz="4" w:color="B4BCC8" w:space="0"/>
          <w:bottom w:val="single" w:sz="4" w:color="B4BCC8" w:space="0"/>
          <w:right w:val="single" w:sz="4" w:color="B4BCC8" w:space="0"/>
          <w:insideH w:val="single" w:sz="4" w:color="B4BCC8" w:space="0"/>
          <w:insideV w:val="single" w:sz="4" w:color="B4BCC8" w:space="0"/>
        </w:tblBorders>
        <w:tblW w:w="10092" w:type="dxa"/>
      </w:tblPr>
      <w:tblGrid>
        <w:gridCol w:w="2523"/>
        <w:gridCol w:w="2724"/>
        <w:gridCol w:w="1917"/>
        <w:gridCol w:w="2926"/>
      </w:tblGrid>
      <w:tr>
        <w:trPr>
          <w:trHeight w:val="420" w:hRule="atLeast"/>
        </w:trPr>
        <w:tc>
          <w:tcPr>
            <w:tcW w:type="dxa" w:w="2523"/>
            <w:vAlign w:val="center"/>
            <w:tcMar>
              <w:top w:w="0" w:type="dxa"/>
              <w:left w:w="90" w:type="dxa"/>
              <w:bottom w:w="0" w:type="dxa"/>
              <w:right w:w="60" w:type="dxa"/>
            </w:tcMar>
            <w:shd w:val="clear" w:color="auto" w:fill="EEF1F6"/>
          </w:tcPr>
          <w:p>
            <w:r>
              <w:rPr>
                <w:b/>
                <w:i w:val="0"/>
                <w:color w:val="1F3864"/>
                <w:sz w:val="17"/>
              </w:rPr>
              <w:t>Nom</w:t>
            </w:r>
          </w:p>
        </w:tc>
        <w:tc>
          <w:tcPr>
            <w:tcW w:type="dxa" w:w="2725"/>
            <w:vAlign w:val="center"/>
            <w:tcMar>
              <w:top w:w="0" w:type="dxa"/>
              <w:left w:w="90" w:type="dxa"/>
              <w:bottom w:w="0" w:type="dxa"/>
              <w:right w:w="60" w:type="dxa"/>
            </w:tcMar>
          </w:tcPr>
          <w:p/>
        </w:tc>
        <w:tc>
          <w:tcPr>
            <w:tcW w:type="dxa" w:w="1917"/>
            <w:vAlign w:val="center"/>
            <w:tcMar>
              <w:top w:w="0" w:type="dxa"/>
              <w:left w:w="90" w:type="dxa"/>
              <w:bottom w:w="0" w:type="dxa"/>
              <w:right w:w="60" w:type="dxa"/>
            </w:tcMar>
            <w:shd w:val="clear" w:color="auto" w:fill="EEF1F6"/>
          </w:tcPr>
          <w:p>
            <w:r>
              <w:rPr>
                <w:b/>
                <w:i w:val="0"/>
                <w:color w:val="1F3864"/>
                <w:sz w:val="17"/>
              </w:rPr>
              <w:t>Prénoms</w:t>
            </w:r>
          </w:p>
        </w:tc>
        <w:tc>
          <w:tcPr>
            <w:tcW w:type="dxa" w:w="2927"/>
            <w:vAlign w:val="center"/>
            <w:tcMar>
              <w:top w:w="0" w:type="dxa"/>
              <w:left w:w="90" w:type="dxa"/>
              <w:bottom w:w="0" w:type="dxa"/>
              <w:right w:w="60" w:type="dxa"/>
            </w:tcMar>
          </w:tcPr>
          <w:p/>
        </w:tc>
      </w:tr>
      <w:tr>
        <w:trPr>
          <w:trHeight w:val="420" w:hRule="atLeast"/>
        </w:trPr>
        <w:tc>
          <w:tcPr>
            <w:tcW w:type="dxa" w:w="2523"/>
            <w:vAlign w:val="center"/>
            <w:tcMar>
              <w:top w:w="0" w:type="dxa"/>
              <w:left w:w="90" w:type="dxa"/>
              <w:bottom w:w="0" w:type="dxa"/>
              <w:right w:w="60" w:type="dxa"/>
            </w:tcMar>
            <w:shd w:val="clear" w:color="auto" w:fill="EEF1F6"/>
          </w:tcPr>
          <w:p>
            <w:r>
              <w:rPr>
                <w:b/>
                <w:i w:val="0"/>
                <w:color w:val="1F3864"/>
                <w:sz w:val="17"/>
              </w:rPr>
              <w:t>Né(e) le</w:t>
            </w:r>
          </w:p>
        </w:tc>
        <w:tc>
          <w:tcPr>
            <w:tcW w:type="dxa" w:w="2725"/>
            <w:vAlign w:val="center"/>
            <w:tcMar>
              <w:top w:w="0" w:type="dxa"/>
              <w:left w:w="90" w:type="dxa"/>
              <w:bottom w:w="0" w:type="dxa"/>
              <w:right w:w="60" w:type="dxa"/>
            </w:tcMar>
          </w:tcPr>
          <w:p/>
        </w:tc>
        <w:tc>
          <w:tcPr>
            <w:tcW w:type="dxa" w:w="1917"/>
            <w:vAlign w:val="center"/>
            <w:tcMar>
              <w:top w:w="0" w:type="dxa"/>
              <w:left w:w="90" w:type="dxa"/>
              <w:bottom w:w="0" w:type="dxa"/>
              <w:right w:w="60" w:type="dxa"/>
            </w:tcMar>
            <w:shd w:val="clear" w:color="auto" w:fill="EEF1F6"/>
          </w:tcPr>
          <w:p>
            <w:r>
              <w:rPr>
                <w:b/>
                <w:i w:val="0"/>
                <w:color w:val="1F3864"/>
                <w:sz w:val="17"/>
              </w:rPr>
              <w:t>à</w:t>
            </w:r>
          </w:p>
        </w:tc>
        <w:tc>
          <w:tcPr>
            <w:tcW w:type="dxa" w:w="2927"/>
            <w:vAlign w:val="center"/>
            <w:tcMar>
              <w:top w:w="0" w:type="dxa"/>
              <w:left w:w="90" w:type="dxa"/>
              <w:bottom w:w="0" w:type="dxa"/>
              <w:right w:w="60" w:type="dxa"/>
            </w:tcMar>
          </w:tcPr>
          <w:p/>
        </w:tc>
      </w:tr>
      <w:tr>
        <w:trPr>
          <w:trHeight w:val="420" w:hRule="atLeast"/>
        </w:trPr>
        <w:tc>
          <w:tcPr>
            <w:tcW w:type="dxa" w:w="2523"/>
            <w:vAlign w:val="center"/>
            <w:tcMar>
              <w:top w:w="0" w:type="dxa"/>
              <w:left w:w="90" w:type="dxa"/>
              <w:bottom w:w="0" w:type="dxa"/>
              <w:right w:w="60" w:type="dxa"/>
            </w:tcMar>
            <w:shd w:val="clear" w:color="auto" w:fill="EEF1F6"/>
          </w:tcPr>
          <w:p>
            <w:r>
              <w:rPr>
                <w:b/>
                <w:i w:val="0"/>
                <w:color w:val="1F3864"/>
                <w:sz w:val="17"/>
              </w:rPr>
              <w:t>Nationalité d’origine</w:t>
            </w:r>
          </w:p>
        </w:tc>
        <w:tc>
          <w:tcPr>
            <w:tcW w:type="dxa" w:w="2725"/>
            <w:vAlign w:val="center"/>
            <w:tcMar>
              <w:top w:w="0" w:type="dxa"/>
              <w:left w:w="90" w:type="dxa"/>
              <w:bottom w:w="0" w:type="dxa"/>
              <w:right w:w="60" w:type="dxa"/>
            </w:tcMar>
          </w:tcPr>
          <w:p/>
        </w:tc>
        <w:tc>
          <w:tcPr>
            <w:tcW w:type="dxa" w:w="1917"/>
            <w:vAlign w:val="center"/>
            <w:tcMar>
              <w:top w:w="0" w:type="dxa"/>
              <w:left w:w="90" w:type="dxa"/>
              <w:bottom w:w="0" w:type="dxa"/>
              <w:right w:w="60" w:type="dxa"/>
            </w:tcMar>
            <w:shd w:val="clear" w:color="auto" w:fill="EEF1F6"/>
          </w:tcPr>
          <w:p>
            <w:r>
              <w:rPr>
                <w:b/>
                <w:i w:val="0"/>
                <w:color w:val="1F3864"/>
                <w:sz w:val="17"/>
              </w:rPr>
              <w:t>Nationalité actuelle</w:t>
            </w:r>
          </w:p>
        </w:tc>
        <w:tc>
          <w:tcPr>
            <w:tcW w:type="dxa" w:w="2927"/>
            <w:vAlign w:val="center"/>
            <w:tcMar>
              <w:top w:w="0" w:type="dxa"/>
              <w:left w:w="90" w:type="dxa"/>
              <w:bottom w:w="0" w:type="dxa"/>
              <w:right w:w="60" w:type="dxa"/>
            </w:tcMar>
          </w:tcPr>
          <w:p/>
        </w:tc>
      </w:tr>
      <w:tr>
        <w:trPr>
          <w:trHeight w:val="420" w:hRule="atLeast"/>
        </w:trPr>
        <w:tc>
          <w:tcPr>
            <w:tcW w:type="dxa" w:w="2523"/>
            <w:vAlign w:val="center"/>
            <w:tcMar>
              <w:top w:w="0" w:type="dxa"/>
              <w:left w:w="90" w:type="dxa"/>
              <w:bottom w:w="0" w:type="dxa"/>
              <w:right w:w="60" w:type="dxa"/>
            </w:tcMar>
            <w:shd w:val="clear" w:color="auto" w:fill="EEF1F6"/>
          </w:tcPr>
          <w:p>
            <w:r>
              <w:rPr>
                <w:b/>
                <w:i w:val="0"/>
                <w:color w:val="1F3864"/>
                <w:sz w:val="17"/>
              </w:rPr>
              <w:t>Situation de famille</w:t>
            </w:r>
          </w:p>
        </w:tc>
        <w:tc>
          <w:tcPr>
            <w:tcW w:type="dxa" w:w="2725"/>
            <w:vAlign w:val="center"/>
            <w:tcMar>
              <w:top w:w="0" w:type="dxa"/>
              <w:left w:w="90" w:type="dxa"/>
              <w:bottom w:w="0" w:type="dxa"/>
              <w:right w:w="60" w:type="dxa"/>
            </w:tcMar>
          </w:tcPr>
          <w:p/>
        </w:tc>
        <w:tc>
          <w:tcPr>
            <w:tcW w:type="dxa" w:w="1917"/>
            <w:vAlign w:val="center"/>
            <w:tcMar>
              <w:top w:w="0" w:type="dxa"/>
              <w:left w:w="90" w:type="dxa"/>
              <w:bottom w:w="0" w:type="dxa"/>
              <w:right w:w="60" w:type="dxa"/>
            </w:tcMar>
            <w:shd w:val="clear" w:color="auto" w:fill="EEF1F6"/>
          </w:tcPr>
          <w:p>
            <w:r>
              <w:rPr>
                <w:b/>
                <w:i w:val="0"/>
                <w:color w:val="1F3864"/>
                <w:sz w:val="17"/>
              </w:rPr>
              <w:t>Enfants (nombre)</w:t>
            </w:r>
          </w:p>
        </w:tc>
        <w:tc>
          <w:tcPr>
            <w:tcW w:type="dxa" w:w="2927"/>
            <w:vAlign w:val="center"/>
            <w:tcMar>
              <w:top w:w="0" w:type="dxa"/>
              <w:left w:w="90" w:type="dxa"/>
              <w:bottom w:w="0" w:type="dxa"/>
              <w:right w:w="60" w:type="dxa"/>
            </w:tcMar>
          </w:tcPr>
          <w:p/>
        </w:tc>
      </w:tr>
      <w:tr>
        <w:trPr>
          <w:trHeight w:val="420" w:hRule="atLeast"/>
        </w:trPr>
        <w:tc>
          <w:tcPr>
            <w:tcW w:type="dxa" w:w="2523"/>
            <w:vAlign w:val="center"/>
            <w:tcMar>
              <w:top w:w="0" w:type="dxa"/>
              <w:left w:w="90" w:type="dxa"/>
              <w:bottom w:w="0" w:type="dxa"/>
              <w:right w:w="60" w:type="dxa"/>
            </w:tcMar>
            <w:shd w:val="clear" w:color="auto" w:fill="EEF1F6"/>
          </w:tcPr>
          <w:p>
            <w:r>
              <w:rPr>
                <w:b/>
                <w:i w:val="0"/>
                <w:color w:val="1F3864"/>
                <w:sz w:val="17"/>
              </w:rPr>
              <w:t>Domicile habituel</w:t>
            </w:r>
          </w:p>
        </w:tc>
        <w:tc>
          <w:tcPr>
            <w:tcW w:type="dxa" w:w="7569"/>
            <w:gridSpan w:val="3"/>
            <w:vAlign w:val="center"/>
            <w:tcMar>
              <w:top w:w="0" w:type="dxa"/>
              <w:left w:w="90" w:type="dxa"/>
              <w:bottom w:w="0" w:type="dxa"/>
              <w:right w:w="60" w:type="dxa"/>
            </w:tcMar>
          </w:tcPr>
          <w:p/>
        </w:tc>
      </w:tr>
      <w:tr>
        <w:trPr>
          <w:trHeight w:val="420" w:hRule="atLeast"/>
        </w:trPr>
        <w:tc>
          <w:tcPr>
            <w:tcW w:type="dxa" w:w="2523"/>
            <w:vAlign w:val="center"/>
            <w:tcMar>
              <w:top w:w="0" w:type="dxa"/>
              <w:left w:w="90" w:type="dxa"/>
              <w:bottom w:w="0" w:type="dxa"/>
              <w:right w:w="60" w:type="dxa"/>
            </w:tcMar>
            <w:shd w:val="clear" w:color="auto" w:fill="EEF1F6"/>
          </w:tcPr>
          <w:p>
            <w:r>
              <w:rPr>
                <w:b/>
                <w:i w:val="0"/>
                <w:color w:val="1F3864"/>
                <w:sz w:val="17"/>
              </w:rPr>
              <w:t>Profession</w:t>
            </w:r>
          </w:p>
        </w:tc>
        <w:tc>
          <w:tcPr>
            <w:tcW w:type="dxa" w:w="7569"/>
            <w:gridSpan w:val="3"/>
            <w:vAlign w:val="center"/>
            <w:tcMar>
              <w:top w:w="0" w:type="dxa"/>
              <w:left w:w="90" w:type="dxa"/>
              <w:bottom w:w="0" w:type="dxa"/>
              <w:right w:w="60" w:type="dxa"/>
            </w:tcMar>
          </w:tcPr>
          <w:p/>
        </w:tc>
      </w:tr>
      <w:tr>
        <w:trPr>
          <w:trHeight w:val="420" w:hRule="atLeast"/>
        </w:trPr>
        <w:tc>
          <w:tcPr>
            <w:tcW w:type="dxa" w:w="2523"/>
            <w:vAlign w:val="center"/>
            <w:tcMar>
              <w:top w:w="0" w:type="dxa"/>
              <w:left w:w="90" w:type="dxa"/>
              <w:bottom w:w="0" w:type="dxa"/>
              <w:right w:w="60" w:type="dxa"/>
            </w:tcMar>
            <w:shd w:val="clear" w:color="auto" w:fill="EEF1F6"/>
          </w:tcPr>
          <w:p>
            <w:r>
              <w:rPr>
                <w:b/>
                <w:i w:val="0"/>
                <w:color w:val="1F3864"/>
                <w:sz w:val="17"/>
              </w:rPr>
              <w:t>Employeur (nom et adresse)</w:t>
            </w:r>
          </w:p>
        </w:tc>
        <w:tc>
          <w:tcPr>
            <w:tcW w:type="dxa" w:w="7569"/>
            <w:gridSpan w:val="3"/>
            <w:vAlign w:val="center"/>
            <w:tcMar>
              <w:top w:w="0" w:type="dxa"/>
              <w:left w:w="90" w:type="dxa"/>
              <w:bottom w:w="0" w:type="dxa"/>
              <w:right w:w="60" w:type="dxa"/>
            </w:tcMar>
          </w:tcPr>
          <w:p/>
        </w:tc>
      </w:tr>
      <w:tr>
        <w:trPr>
          <w:trHeight w:val="420" w:hRule="atLeast"/>
        </w:trPr>
        <w:tc>
          <w:tcPr>
            <w:tcW w:type="dxa" w:w="2523"/>
            <w:vAlign w:val="center"/>
            <w:tcMar>
              <w:top w:w="0" w:type="dxa"/>
              <w:left w:w="90" w:type="dxa"/>
              <w:bottom w:w="0" w:type="dxa"/>
              <w:right w:w="60" w:type="dxa"/>
            </w:tcMar>
            <w:shd w:val="clear" w:color="auto" w:fill="EEF1F6"/>
          </w:tcPr>
          <w:p>
            <w:r>
              <w:rPr>
                <w:b/>
                <w:i w:val="0"/>
                <w:color w:val="1F3864"/>
                <w:sz w:val="17"/>
              </w:rPr>
              <w:t>Téléphone</w:t>
            </w:r>
          </w:p>
        </w:tc>
        <w:tc>
          <w:tcPr>
            <w:tcW w:type="dxa" w:w="2725"/>
            <w:vAlign w:val="center"/>
            <w:tcMar>
              <w:top w:w="0" w:type="dxa"/>
              <w:left w:w="90" w:type="dxa"/>
              <w:bottom w:w="0" w:type="dxa"/>
              <w:right w:w="60" w:type="dxa"/>
            </w:tcMar>
          </w:tcPr>
          <w:p/>
        </w:tc>
        <w:tc>
          <w:tcPr>
            <w:tcW w:type="dxa" w:w="1917"/>
            <w:vAlign w:val="center"/>
            <w:tcMar>
              <w:top w:w="0" w:type="dxa"/>
              <w:left w:w="90" w:type="dxa"/>
              <w:bottom w:w="0" w:type="dxa"/>
              <w:right w:w="60" w:type="dxa"/>
            </w:tcMar>
            <w:shd w:val="clear" w:color="auto" w:fill="EEF1F6"/>
          </w:tcPr>
          <w:p>
            <w:r>
              <w:rPr>
                <w:b/>
                <w:i w:val="0"/>
                <w:color w:val="1F3864"/>
                <w:sz w:val="17"/>
              </w:rPr>
              <w:t>E-mail</w:t>
            </w:r>
          </w:p>
        </w:tc>
        <w:tc>
          <w:tcPr>
            <w:tcW w:type="dxa" w:w="2927"/>
            <w:vAlign w:val="center"/>
            <w:tcMar>
              <w:top w:w="0" w:type="dxa"/>
              <w:left w:w="90" w:type="dxa"/>
              <w:bottom w:w="0" w:type="dxa"/>
              <w:right w:w="60" w:type="dxa"/>
            </w:tcMar>
          </w:tcPr>
          <w:p/>
        </w:tc>
      </w:tr>
      <w:tr>
        <w:trPr>
          <w:trHeight w:val="420" w:hRule="atLeast"/>
        </w:trPr>
        <w:tc>
          <w:tcPr>
            <w:tcW w:type="dxa" w:w="2523"/>
            <w:vAlign w:val="center"/>
            <w:tcMar>
              <w:top w:w="0" w:type="dxa"/>
              <w:left w:w="90" w:type="dxa"/>
              <w:bottom w:w="0" w:type="dxa"/>
              <w:right w:w="60" w:type="dxa"/>
            </w:tcMar>
            <w:shd w:val="clear" w:color="auto" w:fill="EEF1F6"/>
          </w:tcPr>
          <w:p>
            <w:r>
              <w:rPr>
                <w:b/>
                <w:i w:val="0"/>
                <w:color w:val="1F3864"/>
                <w:sz w:val="17"/>
              </w:rPr>
              <w:t>Passeport N°</w:t>
            </w:r>
          </w:p>
        </w:tc>
        <w:tc>
          <w:tcPr>
            <w:tcW w:type="dxa" w:w="2725"/>
            <w:vAlign w:val="center"/>
            <w:tcMar>
              <w:top w:w="0" w:type="dxa"/>
              <w:left w:w="90" w:type="dxa"/>
              <w:bottom w:w="0" w:type="dxa"/>
              <w:right w:w="60" w:type="dxa"/>
            </w:tcMar>
          </w:tcPr>
          <w:p/>
        </w:tc>
        <w:tc>
          <w:tcPr>
            <w:tcW w:type="dxa" w:w="1917"/>
            <w:vAlign w:val="center"/>
            <w:tcMar>
              <w:top w:w="0" w:type="dxa"/>
              <w:left w:w="90" w:type="dxa"/>
              <w:bottom w:w="0" w:type="dxa"/>
              <w:right w:w="60" w:type="dxa"/>
            </w:tcMar>
            <w:shd w:val="clear" w:color="auto" w:fill="EEF1F6"/>
          </w:tcPr>
          <w:p>
            <w:r>
              <w:rPr>
                <w:b/>
                <w:i w:val="0"/>
                <w:color w:val="1F3864"/>
                <w:sz w:val="17"/>
              </w:rPr>
              <w:t>Délivré le</w:t>
            </w:r>
          </w:p>
        </w:tc>
        <w:tc>
          <w:tcPr>
            <w:tcW w:type="dxa" w:w="2927"/>
            <w:vAlign w:val="center"/>
            <w:tcMar>
              <w:top w:w="0" w:type="dxa"/>
              <w:left w:w="90" w:type="dxa"/>
              <w:bottom w:w="0" w:type="dxa"/>
              <w:right w:w="60" w:type="dxa"/>
            </w:tcMar>
          </w:tcPr>
          <w:p/>
        </w:tc>
      </w:tr>
      <w:tr>
        <w:trPr>
          <w:trHeight w:val="420" w:hRule="atLeast"/>
        </w:trPr>
        <w:tc>
          <w:tcPr>
            <w:tcW w:type="dxa" w:w="2523"/>
            <w:vAlign w:val="center"/>
            <w:tcMar>
              <w:top w:w="0" w:type="dxa"/>
              <w:left w:w="90" w:type="dxa"/>
              <w:bottom w:w="0" w:type="dxa"/>
              <w:right w:w="60" w:type="dxa"/>
            </w:tcMar>
            <w:shd w:val="clear" w:color="auto" w:fill="EEF1F6"/>
          </w:tcPr>
          <w:p>
            <w:r>
              <w:rPr>
                <w:b/>
                <w:i w:val="0"/>
                <w:color w:val="1F3864"/>
                <w:sz w:val="17"/>
              </w:rPr>
              <w:t>Délivré à</w:t>
            </w:r>
          </w:p>
        </w:tc>
        <w:tc>
          <w:tcPr>
            <w:tcW w:type="dxa" w:w="2725"/>
            <w:vAlign w:val="center"/>
            <w:tcMar>
              <w:top w:w="0" w:type="dxa"/>
              <w:left w:w="90" w:type="dxa"/>
              <w:bottom w:w="0" w:type="dxa"/>
              <w:right w:w="60" w:type="dxa"/>
            </w:tcMar>
          </w:tcPr>
          <w:p/>
        </w:tc>
        <w:tc>
          <w:tcPr>
            <w:tcW w:type="dxa" w:w="1917"/>
            <w:vAlign w:val="center"/>
            <w:tcMar>
              <w:top w:w="0" w:type="dxa"/>
              <w:left w:w="90" w:type="dxa"/>
              <w:bottom w:w="0" w:type="dxa"/>
              <w:right w:w="60" w:type="dxa"/>
            </w:tcMar>
            <w:shd w:val="clear" w:color="auto" w:fill="EEF1F6"/>
          </w:tcPr>
          <w:p>
            <w:r>
              <w:rPr>
                <w:b/>
                <w:i w:val="0"/>
                <w:color w:val="1F3864"/>
                <w:sz w:val="17"/>
              </w:rPr>
              <w:t>Valable jusqu’au</w:t>
            </w:r>
          </w:p>
        </w:tc>
        <w:tc>
          <w:tcPr>
            <w:tcW w:type="dxa" w:w="2927"/>
            <w:vAlign w:val="center"/>
            <w:tcMar>
              <w:top w:w="0" w:type="dxa"/>
              <w:left w:w="90" w:type="dxa"/>
              <w:bottom w:w="0" w:type="dxa"/>
              <w:right w:w="60" w:type="dxa"/>
            </w:tcMar>
          </w:tcPr>
          <w:p/>
        </w:tc>
      </w:tr>
    </w:tbl>
    <w:p>
      <w:pPr>
        <w:spacing w:line="160" w:lineRule="exact" w:after="0"/>
      </w:pPr>
      <w:r>
        <w:rPr>
          <w:sz w:val="2"/>
        </w:rPr>
      </w:r>
    </w:p>
    <w:tbl>
      <w:tblPr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W w:w="10092" w:type="dxa"/>
      </w:tblPr>
      <w:tblGrid>
        <w:gridCol w:w="10092"/>
      </w:tblGrid>
      <w:tr>
        <w:tc>
          <w:tcPr>
            <w:tcW w:type="dxa" w:w="10092"/>
            <w:shd w:val="clear" w:color="auto" w:fill="1F3864"/>
            <w:tcMar>
              <w:top w:w="20" w:type="dxa"/>
              <w:left w:w="110" w:type="dxa"/>
              <w:bottom w:w="20" w:type="dxa"/>
              <w:right w:w="80" w:type="dxa"/>
            </w:tcMar>
          </w:tcPr>
          <w:p>
            <w:r>
              <w:rPr>
                <w:b/>
                <w:i w:val="0"/>
                <w:color w:val="FFFFFF"/>
                <w:sz w:val="18"/>
              </w:rPr>
              <w:t>3. INFORMATIONS SUR LE VOYAGE</w:t>
            </w:r>
          </w:p>
        </w:tc>
      </w:tr>
    </w:tbl>
    <w:tbl>
      <w:tblPr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single" w:sz="4" w:color="B4BCC8" w:space="0"/>
          <w:left w:val="single" w:sz="4" w:color="B4BCC8" w:space="0"/>
          <w:bottom w:val="single" w:sz="4" w:color="B4BCC8" w:space="0"/>
          <w:right w:val="single" w:sz="4" w:color="B4BCC8" w:space="0"/>
          <w:insideH w:val="single" w:sz="4" w:color="B4BCC8" w:space="0"/>
          <w:insideV w:val="single" w:sz="4" w:color="B4BCC8" w:space="0"/>
        </w:tblBorders>
        <w:tblW w:w="10092" w:type="dxa"/>
      </w:tblPr>
      <w:tblGrid>
        <w:gridCol w:w="2523"/>
        <w:gridCol w:w="2724"/>
        <w:gridCol w:w="1917"/>
        <w:gridCol w:w="2926"/>
      </w:tblGrid>
      <w:tr>
        <w:trPr>
          <w:trHeight w:val="420" w:hRule="atLeast"/>
        </w:trPr>
        <w:tc>
          <w:tcPr>
            <w:tcW w:type="dxa" w:w="2523"/>
            <w:vAlign w:val="center"/>
            <w:tcMar>
              <w:top w:w="0" w:type="dxa"/>
              <w:left w:w="90" w:type="dxa"/>
              <w:bottom w:w="0" w:type="dxa"/>
              <w:right w:w="60" w:type="dxa"/>
            </w:tcMar>
            <w:shd w:val="clear" w:color="auto" w:fill="EEF1F6"/>
          </w:tcPr>
          <w:p>
            <w:r>
              <w:rPr>
                <w:b/>
                <w:i w:val="0"/>
                <w:color w:val="1F3864"/>
                <w:sz w:val="17"/>
              </w:rPr>
              <w:t>Nature du visa sollicité</w:t>
            </w:r>
          </w:p>
        </w:tc>
        <w:tc>
          <w:tcPr>
            <w:tcW w:type="dxa" w:w="7569"/>
            <w:gridSpan w:val="3"/>
            <w:vAlign w:val="center"/>
            <w:tcMar>
              <w:top w:w="0" w:type="dxa"/>
              <w:left w:w="90" w:type="dxa"/>
              <w:bottom w:w="0" w:type="dxa"/>
              <w:right w:w="60" w:type="dxa"/>
            </w:tcMar>
          </w:tcPr>
          <w:p/>
        </w:tc>
      </w:tr>
      <w:tr>
        <w:trPr>
          <w:trHeight w:val="420" w:hRule="atLeast"/>
        </w:trPr>
        <w:tc>
          <w:tcPr>
            <w:tcW w:type="dxa" w:w="2523"/>
            <w:vAlign w:val="center"/>
            <w:tcMar>
              <w:top w:w="0" w:type="dxa"/>
              <w:left w:w="90" w:type="dxa"/>
              <w:bottom w:w="0" w:type="dxa"/>
              <w:right w:w="60" w:type="dxa"/>
            </w:tcMar>
            <w:shd w:val="clear" w:color="auto" w:fill="EEF1F6"/>
          </w:tcPr>
          <w:p>
            <w:r>
              <w:rPr>
                <w:b/>
                <w:i w:val="0"/>
                <w:color w:val="1F3864"/>
                <w:sz w:val="17"/>
              </w:rPr>
              <w:t>Motif du voyage</w:t>
            </w:r>
          </w:p>
        </w:tc>
        <w:tc>
          <w:tcPr>
            <w:tcW w:type="dxa" w:w="7569"/>
            <w:gridSpan w:val="3"/>
            <w:vAlign w:val="center"/>
            <w:tcMar>
              <w:top w:w="0" w:type="dxa"/>
              <w:left w:w="90" w:type="dxa"/>
              <w:bottom w:w="0" w:type="dxa"/>
              <w:right w:w="60" w:type="dxa"/>
            </w:tcMar>
          </w:tcPr>
          <w:p/>
        </w:tc>
      </w:tr>
      <w:tr>
        <w:trPr>
          <w:trHeight w:val="420" w:hRule="atLeast"/>
        </w:trPr>
        <w:tc>
          <w:tcPr>
            <w:tcW w:type="dxa" w:w="2523"/>
            <w:vAlign w:val="center"/>
            <w:tcMar>
              <w:top w:w="0" w:type="dxa"/>
              <w:left w:w="90" w:type="dxa"/>
              <w:bottom w:w="0" w:type="dxa"/>
              <w:right w:w="60" w:type="dxa"/>
            </w:tcMar>
            <w:shd w:val="clear" w:color="auto" w:fill="EEF1F6"/>
          </w:tcPr>
          <w:p>
            <w:r>
              <w:rPr>
                <w:b/>
                <w:i w:val="0"/>
                <w:color w:val="1F3864"/>
                <w:sz w:val="17"/>
              </w:rPr>
              <w:t>Durée du séjour</w:t>
            </w:r>
          </w:p>
        </w:tc>
        <w:tc>
          <w:tcPr>
            <w:tcW w:type="dxa" w:w="2725"/>
            <w:vAlign w:val="center"/>
            <w:tcMar>
              <w:top w:w="0" w:type="dxa"/>
              <w:left w:w="90" w:type="dxa"/>
              <w:bottom w:w="0" w:type="dxa"/>
              <w:right w:w="60" w:type="dxa"/>
            </w:tcMar>
          </w:tcPr>
          <w:p>
            <w:r>
              <w:rPr>
                <w:b w:val="0"/>
                <w:i w:val="0"/>
                <w:color w:val="595959"/>
                <w:sz w:val="17"/>
              </w:rPr>
              <w:t xml:space="preserve"> ……… jours  /  ……… mois</w:t>
            </w:r>
          </w:p>
        </w:tc>
        <w:tc>
          <w:tcPr>
            <w:tcW w:type="dxa" w:w="1917"/>
            <w:vAlign w:val="center"/>
            <w:tcMar>
              <w:top w:w="0" w:type="dxa"/>
              <w:left w:w="90" w:type="dxa"/>
              <w:bottom w:w="0" w:type="dxa"/>
              <w:right w:w="60" w:type="dxa"/>
            </w:tcMar>
            <w:shd w:val="clear" w:color="auto" w:fill="EEF1F6"/>
          </w:tcPr>
          <w:p>
            <w:r>
              <w:rPr>
                <w:b/>
                <w:i w:val="0"/>
                <w:color w:val="1F3864"/>
                <w:sz w:val="17"/>
              </w:rPr>
              <w:t>Date d’entrée en RCA</w:t>
            </w:r>
          </w:p>
        </w:tc>
        <w:tc>
          <w:tcPr>
            <w:tcW w:type="dxa" w:w="2927"/>
            <w:vAlign w:val="center"/>
            <w:tcMar>
              <w:top w:w="0" w:type="dxa"/>
              <w:left w:w="90" w:type="dxa"/>
              <w:bottom w:w="0" w:type="dxa"/>
              <w:right w:w="60" w:type="dxa"/>
            </w:tcMar>
          </w:tcPr>
          <w:p>
            <w:r>
              <w:rPr>
                <w:b w:val="0"/>
                <w:i w:val="0"/>
                <w:color w:val="595959"/>
                <w:sz w:val="17"/>
              </w:rPr>
              <w:t xml:space="preserve"> ……… / ……… / …………</w:t>
            </w:r>
          </w:p>
        </w:tc>
      </w:tr>
      <w:tr>
        <w:trPr>
          <w:trHeight w:val="420" w:hRule="atLeast"/>
        </w:trPr>
        <w:tc>
          <w:tcPr>
            <w:tcW w:type="dxa" w:w="2523"/>
            <w:vAlign w:val="center"/>
            <w:tcMar>
              <w:top w:w="0" w:type="dxa"/>
              <w:left w:w="90" w:type="dxa"/>
              <w:bottom w:w="0" w:type="dxa"/>
              <w:right w:w="60" w:type="dxa"/>
            </w:tcMar>
            <w:shd w:val="clear" w:color="auto" w:fill="EEF1F6"/>
          </w:tcPr>
          <w:p>
            <w:r>
              <w:rPr>
                <w:b/>
                <w:i w:val="0"/>
                <w:color w:val="1F3864"/>
                <w:sz w:val="17"/>
              </w:rPr>
              <w:t>Déjà séjourné en RCA ?</w:t>
            </w:r>
          </w:p>
        </w:tc>
        <w:tc>
          <w:tcPr>
            <w:tcW w:type="dxa" w:w="2725"/>
            <w:vAlign w:val="center"/>
            <w:tcMar>
              <w:top w:w="0" w:type="dxa"/>
              <w:left w:w="90" w:type="dxa"/>
              <w:bottom w:w="0" w:type="dxa"/>
              <w:right w:w="60" w:type="dxa"/>
            </w:tcMar>
          </w:tcPr>
          <w:p>
            <w:sdt>
              <w:sdtPr>
                <w:rPr>
                  <w:rFonts w:ascii="MS Gothic" w:eastAsia="MS Gothic" w:hAnsi="MS Gothic"/>
                  <w:sz w:val="21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003082"/>
                    <w:sz w:val="21"/>
                  </w:rPr>
                  <w:t>☐</w:t>
                </w:r>
              </w:sdtContent>
            </w:sdt>
            <w:r>
              <w:rPr>
                <w:b w:val="0"/>
                <w:i w:val="0"/>
                <w:sz w:val="18"/>
              </w:rPr>
              <w:t xml:space="preserve"> Oui</w:t>
            </w:r>
            <w:r>
              <w:rPr>
                <w:b w:val="0"/>
                <w:i w:val="0"/>
              </w:rPr>
              <w:t xml:space="preserve">      </w:t>
            </w:r>
            <w:sdt>
              <w:sdtPr>
                <w:rPr>
                  <w:rFonts w:ascii="MS Gothic" w:eastAsia="MS Gothic" w:hAnsi="MS Gothic"/>
                  <w:sz w:val="21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003082"/>
                    <w:sz w:val="21"/>
                  </w:rPr>
                  <w:t>☐</w:t>
                </w:r>
              </w:sdtContent>
            </w:sdt>
            <w:r>
              <w:rPr>
                <w:b w:val="0"/>
                <w:i w:val="0"/>
                <w:sz w:val="18"/>
              </w:rPr>
              <w:t xml:space="preserve"> Non</w:t>
            </w:r>
          </w:p>
        </w:tc>
        <w:tc>
          <w:tcPr>
            <w:tcW w:type="dxa" w:w="1917"/>
            <w:vAlign w:val="center"/>
            <w:tcMar>
              <w:top w:w="0" w:type="dxa"/>
              <w:left w:w="90" w:type="dxa"/>
              <w:bottom w:w="0" w:type="dxa"/>
              <w:right w:w="60" w:type="dxa"/>
            </w:tcMar>
            <w:shd w:val="clear" w:color="auto" w:fill="EEF1F6"/>
          </w:tcPr>
          <w:p>
            <w:r>
              <w:rPr>
                <w:b/>
                <w:i w:val="0"/>
                <w:color w:val="1F3864"/>
                <w:sz w:val="17"/>
              </w:rPr>
              <w:t>Si oui, quand et où ?</w:t>
            </w:r>
          </w:p>
        </w:tc>
        <w:tc>
          <w:tcPr>
            <w:tcW w:type="dxa" w:w="2927"/>
            <w:vAlign w:val="center"/>
            <w:tcMar>
              <w:top w:w="0" w:type="dxa"/>
              <w:left w:w="90" w:type="dxa"/>
              <w:bottom w:w="0" w:type="dxa"/>
              <w:right w:w="60" w:type="dxa"/>
            </w:tcMar>
          </w:tcPr>
          <w:p/>
        </w:tc>
      </w:tr>
      <w:tr>
        <w:trPr>
          <w:trHeight w:val="420" w:hRule="atLeast"/>
        </w:trPr>
        <w:tc>
          <w:tcPr>
            <w:tcW w:type="dxa" w:w="2523"/>
            <w:vAlign w:val="center"/>
            <w:tcMar>
              <w:top w:w="0" w:type="dxa"/>
              <w:left w:w="90" w:type="dxa"/>
              <w:bottom w:w="0" w:type="dxa"/>
              <w:right w:w="60" w:type="dxa"/>
            </w:tcMar>
            <w:shd w:val="clear" w:color="auto" w:fill="EEF1F6"/>
          </w:tcPr>
          <w:p>
            <w:r>
              <w:rPr>
                <w:b/>
                <w:i w:val="0"/>
                <w:color w:val="1F3864"/>
                <w:sz w:val="17"/>
              </w:rPr>
              <w:t>Installation en RCA ?</w:t>
            </w:r>
          </w:p>
        </w:tc>
        <w:tc>
          <w:tcPr>
            <w:tcW w:type="dxa" w:w="2725"/>
            <w:vAlign w:val="center"/>
            <w:tcMar>
              <w:top w:w="0" w:type="dxa"/>
              <w:left w:w="90" w:type="dxa"/>
              <w:bottom w:w="0" w:type="dxa"/>
              <w:right w:w="60" w:type="dxa"/>
            </w:tcMar>
          </w:tcPr>
          <w:p>
            <w:sdt>
              <w:sdtPr>
                <w:rPr>
                  <w:rFonts w:ascii="MS Gothic" w:eastAsia="MS Gothic" w:hAnsi="MS Gothic"/>
                  <w:sz w:val="21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003082"/>
                    <w:sz w:val="21"/>
                  </w:rPr>
                  <w:t>☐</w:t>
                </w:r>
              </w:sdtContent>
            </w:sdt>
            <w:r>
              <w:rPr>
                <w:b w:val="0"/>
                <w:i w:val="0"/>
                <w:sz w:val="18"/>
              </w:rPr>
              <w:t xml:space="preserve"> Oui</w:t>
            </w:r>
            <w:r>
              <w:rPr>
                <w:b w:val="0"/>
                <w:i w:val="0"/>
              </w:rPr>
              <w:t xml:space="preserve">      </w:t>
            </w:r>
            <w:sdt>
              <w:sdtPr>
                <w:rPr>
                  <w:rFonts w:ascii="MS Gothic" w:eastAsia="MS Gothic" w:hAnsi="MS Gothic"/>
                  <w:sz w:val="21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003082"/>
                    <w:sz w:val="21"/>
                  </w:rPr>
                  <w:t>☐</w:t>
                </w:r>
              </w:sdtContent>
            </w:sdt>
            <w:r>
              <w:rPr>
                <w:b w:val="0"/>
                <w:i w:val="0"/>
                <w:sz w:val="18"/>
              </w:rPr>
              <w:t xml:space="preserve"> Non</w:t>
            </w:r>
          </w:p>
        </w:tc>
        <w:tc>
          <w:tcPr>
            <w:tcW w:type="dxa" w:w="1917"/>
            <w:vAlign w:val="center"/>
            <w:tcMar>
              <w:top w:w="0" w:type="dxa"/>
              <w:left w:w="90" w:type="dxa"/>
              <w:bottom w:w="0" w:type="dxa"/>
              <w:right w:w="60" w:type="dxa"/>
            </w:tcMar>
            <w:shd w:val="clear" w:color="auto" w:fill="EEF1F6"/>
          </w:tcPr>
          <w:p>
            <w:r>
              <w:rPr>
                <w:b/>
                <w:i w:val="0"/>
                <w:color w:val="1F3864"/>
                <w:sz w:val="17"/>
              </w:rPr>
              <w:t>Si oui, où ?</w:t>
            </w:r>
          </w:p>
        </w:tc>
        <w:tc>
          <w:tcPr>
            <w:tcW w:type="dxa" w:w="2927"/>
            <w:vAlign w:val="center"/>
            <w:tcMar>
              <w:top w:w="0" w:type="dxa"/>
              <w:left w:w="90" w:type="dxa"/>
              <w:bottom w:w="0" w:type="dxa"/>
              <w:right w:w="60" w:type="dxa"/>
            </w:tcMar>
          </w:tcPr>
          <w:p/>
        </w:tc>
      </w:tr>
      <w:tr>
        <w:trPr>
          <w:trHeight w:val="420" w:hRule="atLeast"/>
        </w:trPr>
        <w:tc>
          <w:tcPr>
            <w:tcW w:type="dxa" w:w="2523"/>
            <w:vAlign w:val="center"/>
            <w:tcMar>
              <w:top w:w="0" w:type="dxa"/>
              <w:left w:w="90" w:type="dxa"/>
              <w:bottom w:w="0" w:type="dxa"/>
              <w:right w:w="60" w:type="dxa"/>
            </w:tcMar>
            <w:shd w:val="clear" w:color="auto" w:fill="EEF1F6"/>
          </w:tcPr>
          <w:p>
            <w:r>
              <w:rPr>
                <w:b/>
                <w:i w:val="0"/>
                <w:color w:val="1F3864"/>
                <w:sz w:val="17"/>
              </w:rPr>
              <w:t>Si oui, pour y faire quoi ?</w:t>
            </w:r>
          </w:p>
        </w:tc>
        <w:tc>
          <w:tcPr>
            <w:tcW w:type="dxa" w:w="7569"/>
            <w:gridSpan w:val="3"/>
            <w:vAlign w:val="center"/>
            <w:tcMar>
              <w:top w:w="0" w:type="dxa"/>
              <w:left w:w="90" w:type="dxa"/>
              <w:bottom w:w="0" w:type="dxa"/>
              <w:right w:w="60" w:type="dxa"/>
            </w:tcMar>
          </w:tcPr>
          <w:p/>
        </w:tc>
      </w:tr>
      <w:tr>
        <w:trPr>
          <w:trHeight w:val="420" w:hRule="atLeast"/>
        </w:trPr>
        <w:tc>
          <w:tcPr>
            <w:tcW w:type="dxa" w:w="2523"/>
            <w:vAlign w:val="center"/>
            <w:tcMar>
              <w:top w:w="0" w:type="dxa"/>
              <w:left w:w="90" w:type="dxa"/>
              <w:bottom w:w="0" w:type="dxa"/>
              <w:right w:w="60" w:type="dxa"/>
            </w:tcMar>
            <w:shd w:val="clear" w:color="auto" w:fill="EEF1F6"/>
          </w:tcPr>
          <w:p>
            <w:r>
              <w:rPr>
                <w:b/>
                <w:i w:val="0"/>
                <w:color w:val="1F3864"/>
                <w:sz w:val="17"/>
              </w:rPr>
              <w:t>Lieu de résidence en RCA</w:t>
            </w:r>
          </w:p>
        </w:tc>
        <w:tc>
          <w:tcPr>
            <w:tcW w:type="dxa" w:w="7569"/>
            <w:gridSpan w:val="3"/>
            <w:vAlign w:val="center"/>
            <w:tcMar>
              <w:top w:w="0" w:type="dxa"/>
              <w:left w:w="90" w:type="dxa"/>
              <w:bottom w:w="0" w:type="dxa"/>
              <w:right w:w="60" w:type="dxa"/>
            </w:tcMar>
          </w:tcPr>
          <w:p/>
        </w:tc>
      </w:tr>
      <w:tr>
        <w:trPr>
          <w:trHeight w:val="420" w:hRule="atLeast"/>
        </w:trPr>
        <w:tc>
          <w:tcPr>
            <w:tcW w:type="dxa" w:w="2523"/>
            <w:vAlign w:val="center"/>
            <w:tcMar>
              <w:top w:w="0" w:type="dxa"/>
              <w:left w:w="90" w:type="dxa"/>
              <w:bottom w:w="0" w:type="dxa"/>
              <w:right w:w="60" w:type="dxa"/>
            </w:tcMar>
            <w:shd w:val="clear" w:color="auto" w:fill="EEF1F6"/>
          </w:tcPr>
          <w:p>
            <w:r>
              <w:rPr>
                <w:b/>
                <w:i w:val="0"/>
                <w:color w:val="1F3864"/>
                <w:sz w:val="17"/>
              </w:rPr>
              <w:t>Personnes à contacter en RCA</w:t>
            </w:r>
          </w:p>
        </w:tc>
        <w:tc>
          <w:tcPr>
            <w:tcW w:type="dxa" w:w="7569"/>
            <w:gridSpan w:val="3"/>
            <w:vAlign w:val="center"/>
            <w:tcMar>
              <w:top w:w="0" w:type="dxa"/>
              <w:left w:w="90" w:type="dxa"/>
              <w:bottom w:w="0" w:type="dxa"/>
              <w:right w:w="60" w:type="dxa"/>
            </w:tcMar>
          </w:tcPr>
          <w:p/>
        </w:tc>
      </w:tr>
    </w:tbl>
    <w:p>
      <w:pPr>
        <w:spacing w:line="120" w:lineRule="exact" w:after="0"/>
      </w:pPr>
      <w:r>
        <w:rPr>
          <w:sz w:val="2"/>
        </w:rPr>
      </w:r>
    </w:p>
    <w:p>
      <w:pPr>
        <w:jc w:val="both"/>
      </w:pPr>
      <w:r>
        <w:rPr>
          <w:b w:val="0"/>
          <w:i/>
          <w:color w:val="404040"/>
          <w:sz w:val="17"/>
        </w:rPr>
        <w:t>Ma signature ci-dessous engage ma responsabilité et m’expose aux poursuites prévues par la loi en cas de fausse déclaration et à me voir refuser tout visa à l’avenir. L’Ambassade se réserve le droit de refuser la délivrance d’un visa sans pour autant donner les motifs du refus.</w:t>
      </w:r>
    </w:p>
    <w:p>
      <w:pPr>
        <w:spacing w:line="160" w:lineRule="exact" w:after="0"/>
      </w:pPr>
      <w:r>
        <w:rPr>
          <w:sz w:val="2"/>
        </w:rPr>
      </w:r>
    </w:p>
    <w:tbl>
      <w:tblPr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W w:w="10092" w:type="dxa"/>
      </w:tblPr>
      <w:tblGrid>
        <w:gridCol w:w="4875"/>
        <w:gridCol w:w="340"/>
        <w:gridCol w:w="4875"/>
      </w:tblGrid>
      <w:tr>
        <w:tc>
          <w:tcPr>
            <w:tcW w:type="dxa" w:w="4876"/>
          </w:tcPr>
          <w:p>
            <w:r>
              <w:rPr>
                <w:b/>
                <w:i w:val="0"/>
                <w:color w:val="1F3864"/>
                <w:sz w:val="18"/>
              </w:rPr>
              <w:t>Fait à Bruxelles, le</w:t>
            </w:r>
          </w:p>
        </w:tc>
        <w:tc>
          <w:tcPr>
            <w:tcW w:type="dxa" w:w="340"/>
          </w:tcPr>
          <w:p/>
        </w:tc>
        <w:tc>
          <w:tcPr>
            <w:tcW w:type="dxa" w:w="4876"/>
          </w:tcPr>
          <w:p>
            <w:r>
              <w:rPr>
                <w:b/>
                <w:i w:val="0"/>
                <w:color w:val="1F3864"/>
                <w:sz w:val="18"/>
              </w:rPr>
              <w:t>Signature du demandeur</w:t>
            </w:r>
          </w:p>
        </w:tc>
      </w:tr>
      <w:tr>
        <w:trPr>
          <w:trHeight w:val="737" w:hRule="atLeast"/>
        </w:trPr>
        <w:tc>
          <w:tcPr>
            <w:tcW w:type="dxa" w:w="4876"/>
            <w:tcBorders>
              <w:top w:val="nil"/>
              <w:left w:val="nil"/>
              <w:bottom w:val="single" w:sz="6" w:color="B4BCC8" w:space="0"/>
              <w:right w:val="nil"/>
            </w:tcBorders>
          </w:tcPr>
          <w:p/>
        </w:tc>
        <w:tc>
          <w:tcPr>
            <w:tcW w:type="dxa" w:w="340"/>
          </w:tcPr>
          <w:p/>
        </w:tc>
        <w:tc>
          <w:tcPr>
            <w:tcW w:type="dxa" w:w="4876"/>
            <w:tcBorders>
              <w:top w:val="nil"/>
              <w:left w:val="nil"/>
              <w:bottom w:val="single" w:sz="6" w:color="B4BCC8" w:space="0"/>
              <w:right w:val="nil"/>
            </w:tcBorders>
          </w:tcPr>
          <w:p/>
        </w:tc>
      </w:tr>
    </w:tbl>
    <w:p>
      <w:pPr>
        <w:spacing w:line="120" w:lineRule="exact" w:after="0"/>
      </w:pPr>
      <w:r>
        <w:rPr>
          <w:sz w:val="2"/>
        </w:rPr>
      </w:r>
    </w:p>
    <w:tbl>
      <w:tblPr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W w:w="10092" w:type="dxa"/>
      </w:tblPr>
      <w:tblGrid>
        <w:gridCol w:w="10092"/>
      </w:tblGrid>
      <w:tr>
        <w:tc>
          <w:tcPr>
            <w:tcW w:type="dxa" w:w="10092"/>
            <w:shd w:val="clear" w:color="auto" w:fill="1F3864"/>
            <w:tcMar>
              <w:top w:w="20" w:type="dxa"/>
              <w:left w:w="110" w:type="dxa"/>
              <w:bottom w:w="20" w:type="dxa"/>
              <w:right w:w="80" w:type="dxa"/>
            </w:tcMar>
          </w:tcPr>
          <w:p>
            <w:r>
              <w:rPr>
                <w:b/>
                <w:i w:val="0"/>
                <w:color w:val="FFFFFF"/>
                <w:sz w:val="18"/>
              </w:rPr>
              <w:t>CADRE RÉSERVÉ À L’AMBASSADE</w:t>
            </w:r>
          </w:p>
        </w:tc>
      </w:tr>
    </w:tbl>
    <w:tbl>
      <w:tblPr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single" w:sz="4" w:color="B4BCC8" w:space="0"/>
          <w:left w:val="single" w:sz="4" w:color="B4BCC8" w:space="0"/>
          <w:bottom w:val="single" w:sz="4" w:color="B4BCC8" w:space="0"/>
          <w:right w:val="single" w:sz="4" w:color="B4BCC8" w:space="0"/>
          <w:insideH w:val="single" w:sz="4" w:color="B4BCC8" w:space="0"/>
          <w:insideV w:val="single" w:sz="4" w:color="B4BCC8" w:space="0"/>
        </w:tblBorders>
        <w:tblW w:w="10092" w:type="dxa"/>
      </w:tblPr>
      <w:tblGrid>
        <w:gridCol w:w="1311"/>
        <w:gridCol w:w="1412"/>
        <w:gridCol w:w="1110"/>
        <w:gridCol w:w="3229"/>
        <w:gridCol w:w="1311"/>
        <w:gridCol w:w="1715"/>
      </w:tblGrid>
      <w:tr>
        <w:trPr>
          <w:trHeight w:val="420" w:hRule="atLeast"/>
        </w:trPr>
        <w:tc>
          <w:tcPr>
            <w:tcW w:type="dxa" w:w="1312"/>
            <w:vAlign w:val="center"/>
            <w:tcMar>
              <w:top w:w="0" w:type="dxa"/>
              <w:left w:w="90" w:type="dxa"/>
              <w:bottom w:w="0" w:type="dxa"/>
              <w:right w:w="60" w:type="dxa"/>
            </w:tcMar>
            <w:shd w:val="clear" w:color="auto" w:fill="EEF1F6"/>
          </w:tcPr>
          <w:p>
            <w:r>
              <w:rPr>
                <w:b/>
                <w:i w:val="0"/>
                <w:color w:val="1F3864"/>
                <w:sz w:val="17"/>
              </w:rPr>
              <w:t>Visa délivré le</w:t>
            </w:r>
          </w:p>
        </w:tc>
        <w:tc>
          <w:tcPr>
            <w:tcW w:type="dxa" w:w="1413"/>
            <w:vAlign w:val="center"/>
            <w:tcMar>
              <w:top w:w="0" w:type="dxa"/>
              <w:left w:w="90" w:type="dxa"/>
              <w:bottom w:w="0" w:type="dxa"/>
              <w:right w:w="60" w:type="dxa"/>
            </w:tcMar>
          </w:tcPr>
          <w:p/>
        </w:tc>
        <w:tc>
          <w:tcPr>
            <w:tcW w:type="dxa" w:w="1110"/>
            <w:vAlign w:val="center"/>
            <w:tcMar>
              <w:top w:w="0" w:type="dxa"/>
              <w:left w:w="90" w:type="dxa"/>
              <w:bottom w:w="0" w:type="dxa"/>
              <w:right w:w="60" w:type="dxa"/>
            </w:tcMar>
            <w:shd w:val="clear" w:color="auto" w:fill="EEF1F6"/>
          </w:tcPr>
          <w:p>
            <w:r>
              <w:rPr>
                <w:b/>
                <w:i w:val="0"/>
                <w:color w:val="1F3864"/>
                <w:sz w:val="17"/>
              </w:rPr>
              <w:t>Sous le N°</w:t>
            </w:r>
          </w:p>
        </w:tc>
        <w:tc>
          <w:tcPr>
            <w:tcW w:type="dxa" w:w="3229"/>
            <w:vAlign w:val="center"/>
            <w:tcMar>
              <w:top w:w="0" w:type="dxa"/>
              <w:left w:w="90" w:type="dxa"/>
              <w:bottom w:w="0" w:type="dxa"/>
              <w:right w:w="60" w:type="dxa"/>
            </w:tcMar>
          </w:tcPr>
          <w:p>
            <w:r>
              <w:rPr>
                <w:b w:val="0"/>
                <w:i w:val="0"/>
                <w:color w:val="595959"/>
                <w:sz w:val="17"/>
              </w:rPr>
              <w:t xml:space="preserve"> ……… / ……… / ……… AMB/RCA/BRU</w:t>
            </w:r>
          </w:p>
        </w:tc>
        <w:tc>
          <w:tcPr>
            <w:tcW w:type="dxa" w:w="1312"/>
            <w:vAlign w:val="center"/>
            <w:tcMar>
              <w:top w:w="0" w:type="dxa"/>
              <w:left w:w="90" w:type="dxa"/>
              <w:bottom w:w="0" w:type="dxa"/>
              <w:right w:w="60" w:type="dxa"/>
            </w:tcMar>
            <w:shd w:val="clear" w:color="auto" w:fill="EEF1F6"/>
          </w:tcPr>
          <w:p>
            <w:r>
              <w:rPr>
                <w:b/>
                <w:i w:val="0"/>
                <w:color w:val="1F3864"/>
                <w:sz w:val="17"/>
              </w:rPr>
              <w:t>N° de vignette</w:t>
            </w:r>
          </w:p>
        </w:tc>
        <w:tc>
          <w:tcPr>
            <w:tcW w:type="dxa" w:w="1716"/>
            <w:vAlign w:val="center"/>
            <w:tcMar>
              <w:top w:w="0" w:type="dxa"/>
              <w:left w:w="90" w:type="dxa"/>
              <w:bottom w:w="0" w:type="dxa"/>
              <w:right w:w="60" w:type="dxa"/>
            </w:tcMar>
          </w:tcPr>
          <w:p/>
        </w:tc>
      </w:tr>
    </w:tbl>
    <w:sectPr w:rsidR="00FC693F" w:rsidRPr="0006063C" w:rsidSect="00034616">
      <w:footerReference w:type="default" r:id="rId10"/>
      <w:pgSz w:w="11906" w:h="16838"/>
      <w:pgMar w:top="567" w:right="907" w:bottom="964" w:left="907" w:header="283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6" w:color="1F3864" w:space="4"/>
      </w:pBdr>
      <w:jc w:val="center"/>
    </w:pPr>
    <w:r>
      <w:rPr>
        <w:b w:val="0"/>
        <w:i w:val="0"/>
        <w:color w:val="404040"/>
        <w:sz w:val="16"/>
      </w:rPr>
      <w:t>Avenue de Meysse 101 – 1020 Bruxelles</w:t>
    </w:r>
    <w:r>
      <w:rPr>
        <w:b w:val="0"/>
        <w:i w:val="0"/>
        <w:color w:val="1F3864"/>
        <w:sz w:val="16"/>
      </w:rPr>
      <w:t xml:space="preserve">   •   </w:t>
    </w:r>
    <w:r>
      <w:rPr>
        <w:b w:val="0"/>
        <w:i w:val="0"/>
        <w:color w:val="404040"/>
        <w:sz w:val="16"/>
      </w:rPr>
      <w:t>Tél. : +32 2 534 90 76</w:t>
    </w:r>
    <w:r>
      <w:rPr>
        <w:b w:val="0"/>
        <w:i w:val="0"/>
        <w:color w:val="1F3864"/>
        <w:sz w:val="16"/>
      </w:rPr>
      <w:t xml:space="preserve">   •   </w:t>
    </w:r>
    <w:r>
      <w:rPr>
        <w:b w:val="0"/>
        <w:i w:val="0"/>
        <w:color w:val="003082"/>
        <w:sz w:val="16"/>
      </w:rPr>
      <w:t>contact@ambassaderca.be</w:t>
    </w:r>
    <w:r>
      <w:rPr>
        <w:b w:val="0"/>
        <w:i w:val="0"/>
        <w:color w:val="1F3864"/>
        <w:sz w:val="16"/>
      </w:rPr>
      <w:t xml:space="preserve">   •   </w:t>
    </w:r>
    <w:r>
      <w:rPr>
        <w:b w:val="0"/>
        <w:i w:val="0"/>
        <w:color w:val="003082"/>
        <w:sz w:val="16"/>
      </w:rPr>
      <w:t>www.ambassaderca.be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Calibri" w:hAnsi="Calibri" w:eastAsia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Formulaire de demande de visa</dc:title>
  <dc:subject/>
  <dc:creator>Ambassade de la République Centrafricaine – Bruxelles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